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2740"/>
          <w:sz w:val="44"/>
        </w:rPr>
        <w:t>HUMETRIQ</w:t>
      </w:r>
    </w:p>
    <w:p>
      <w:pPr>
        <w:jc w:val="center"/>
      </w:pPr>
      <w:r>
        <w:rPr>
          <w:b/>
          <w:color w:val="1887BF"/>
          <w:sz w:val="32"/>
        </w:rPr>
        <w:t>Community Outreach + Email Merge Starter Kit</w:t>
      </w:r>
    </w:p>
    <w:p>
      <w:pPr>
        <w:jc w:val="center"/>
      </w:pPr>
      <w:r>
        <w:t>A practical, neutral workflow for inviting people to learn about Humetriq and choose whether to participate.</w:t>
      </w:r>
    </w:p>
    <w:p>
      <w:pPr>
        <w:pStyle w:val="Heading1"/>
      </w:pPr>
      <w:r>
        <w:t>1. Create your recipient list in Excel</w:t>
      </w:r>
    </w:p>
    <w:p>
      <w:r>
        <w:t>Create a recipient list in Excel with columns such as FirstName, Email, Organization and Role. Keep only the fields needed for outreach. Complete your edits before connecting the workbook to Word, and keep the data you want to merge on the first worksheet.</w:t>
      </w:r>
    </w:p>
    <w:p>
      <w:r>
        <w:t>Example file: Humetriq_Mail_Merge_Example_v0.12.xlsx contains fictional entries so you can see the expected layout.</w:t>
      </w:r>
    </w:p>
    <w:p>
      <w:pPr>
        <w:pStyle w:val="Heading1"/>
      </w:pPr>
      <w:r>
        <w:t>2. Prepare the message in Word</w:t>
      </w:r>
    </w:p>
    <w:p>
      <w:r>
        <w:t>Open Word and create the email you want to send. Keep the invitation factual and low-pressure. Explain why you thought the recipient might be interested, link to https://humetriq.com, and make clear that participation is optional.</w:t>
      </w:r>
    </w:p>
    <w:p>
      <w:pPr>
        <w:pStyle w:val="Heading1"/>
      </w:pPr>
      <w:r>
        <w:t>3. Connect the Excel table</w:t>
      </w:r>
    </w:p>
    <w:p>
      <w:pPr>
        <w:pStyle w:val="ListNumber"/>
      </w:pPr>
      <w:r>
        <w:rPr>
          <w:b/>
        </w:rPr>
        <w:t xml:space="preserve">Start the email merge: </w:t>
      </w:r>
      <w:r>
        <w:t>In Word, choose Mailings &gt; Start Mail Merge &gt; E-mail Messages.</w:t>
      </w:r>
    </w:p>
    <w:p>
      <w:pPr>
        <w:pStyle w:val="ListNumber"/>
      </w:pPr>
      <w:r>
        <w:rPr>
          <w:b/>
        </w:rPr>
        <w:t xml:space="preserve">Choose the Excel file: </w:t>
      </w:r>
      <w:r>
        <w:t>Choose Mailings &gt; Select Recipients &gt; Use an Existing List, then select your completed Excel workbook and the Recipients worksheet.</w:t>
      </w:r>
    </w:p>
    <w:p>
      <w:pPr>
        <w:pStyle w:val="ListNumber"/>
      </w:pPr>
      <w:r>
        <w:rPr>
          <w:b/>
        </w:rPr>
        <w:t xml:space="preserve">Review recipients: </w:t>
      </w:r>
      <w:r>
        <w:t>Choose Mailings &gt; Edit Recipient List. Uncheck anyone you do not intend to contact and use sorting/filtering if useful.</w:t>
      </w:r>
    </w:p>
    <w:p>
      <w:pPr>
        <w:pStyle w:val="ListNumber"/>
      </w:pPr>
      <w:r>
        <w:rPr>
          <w:b/>
        </w:rPr>
        <w:t xml:space="preserve">Personalize: </w:t>
      </w:r>
      <w:r>
        <w:t>Insert fields such as FirstName with Mailings &gt; Insert Merge Field. Example: “Hi «FirstName»,”</w:t>
      </w:r>
    </w:p>
    <w:p>
      <w:pPr>
        <w:pStyle w:val="ListNumber"/>
      </w:pPr>
      <w:r>
        <w:rPr>
          <w:b/>
        </w:rPr>
        <w:t xml:space="preserve">Preview: </w:t>
      </w:r>
      <w:r>
        <w:t>Choose Mailings &gt; Preview Results and move through several records. Check names, spacing, links and the message.</w:t>
      </w:r>
    </w:p>
    <w:p>
      <w:pPr>
        <w:pStyle w:val="ListNumber"/>
      </w:pPr>
      <w:r>
        <w:rPr>
          <w:b/>
        </w:rPr>
        <w:t xml:space="preserve">Send: </w:t>
      </w:r>
      <w:r>
        <w:t>Choose Finish &amp; Merge &gt; Send E-mail Messages. Select the Email field in the To box, enter the subject, choose HTML when appropriate, and send. Word sends an individual message to each selected address.</w:t>
      </w:r>
    </w:p>
    <w:p>
      <w:r>
        <w:t>Microsoft’s official instructions: https://support.microsoft.com/en-us/word/use-mail-merge-in-word-to-send-bulk-email-messages</w:t>
      </w:r>
    </w:p>
    <w:p>
      <w:r>
        <w:t>Microsoft’s Excel-specific preparation guide: https://support.microsoft.com/en-us/word/mail-merge-using-an-excel-spreadsheet</w:t>
      </w:r>
    </w:p>
    <w:p>
      <w:pPr>
        <w:pStyle w:val="Heading1"/>
      </w:pPr>
      <w:r>
        <w:t>4. Suggested invitation</w:t>
      </w:r>
    </w:p>
    <w:p>
      <w:r>
        <w:t>Subject: I thought you might be interested in Humetriq</w:t>
      </w:r>
    </w:p>
    <w:p>
      <w:r>
        <w:t>Hi «FirstName»,</w:t>
        <w:br/>
        <w:br/>
        <w:t>I thought you might be interested in Humetriq, an AI-powered decision-intelligence platform being developed to help communities, infrastructure providers, developers and other stakeholders compare complex location and infrastructure decisions.</w:t>
        <w:br/>
        <w:br/>
        <w:t>You can learn more at https://humetriq.com. If the idea is relevant to you, you can choose to join early access or share a perspective.</w:t>
        <w:br/>
        <w:br/>
        <w:t>Best,</w:t>
        <w:br/>
        <w:t>[Your name]</w:t>
      </w:r>
    </w:p>
    <w:p>
      <w:pPr>
        <w:pStyle w:val="Heading1"/>
      </w:pPr>
      <w:r>
        <w:t>5. Outreach principles</w:t>
      </w:r>
    </w:p>
    <w:p>
      <w:pPr>
        <w:pStyle w:val="ListBullet"/>
      </w:pPr>
      <w:r>
        <w:t>Use only contact information you are entitled to use for outreach.</w:t>
      </w:r>
    </w:p>
    <w:p>
      <w:pPr>
        <w:pStyle w:val="ListBullet"/>
      </w:pPr>
      <w:r>
        <w:t>Do not imply that a recipient has joined Humetriq merely because you sent an invitation.</w:t>
      </w:r>
    </w:p>
    <w:p>
      <w:pPr>
        <w:pStyle w:val="ListBullet"/>
      </w:pPr>
      <w:r>
        <w:t>Do not upload confidential, regulated or sensitive datasets through public forms.</w:t>
      </w:r>
    </w:p>
    <w:p>
      <w:pPr>
        <w:pStyle w:val="ListBullet"/>
      </w:pPr>
      <w:r>
        <w:t>Honor opt-outs and applicable anti-spam, privacy and organizational policies.</w:t>
      </w:r>
    </w:p>
    <w:p>
      <w:r>
        <w:t>Version 0.12 • September 26, 2026</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